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0F062" w14:textId="68968548" w:rsidR="00F56A21" w:rsidRPr="006A0B72" w:rsidRDefault="00186071">
      <w:pPr>
        <w:pStyle w:val="Rubrik1"/>
        <w:rPr>
          <w:lang w:val="sv-SE"/>
        </w:rPr>
      </w:pPr>
      <w:r w:rsidRPr="006A0B72">
        <w:rPr>
          <w:lang w:val="sv-SE"/>
        </w:rPr>
        <w:t xml:space="preserve">Övning efter </w:t>
      </w:r>
      <w:proofErr w:type="spellStart"/>
      <w:r w:rsidR="00AD25C9" w:rsidRPr="006A0B72">
        <w:rPr>
          <w:lang w:val="sv-SE"/>
        </w:rPr>
        <w:t>O</w:t>
      </w:r>
      <w:r w:rsidR="006A0B72">
        <w:rPr>
          <w:lang w:val="sv-SE"/>
        </w:rPr>
        <w:t>IO</w:t>
      </w:r>
      <w:proofErr w:type="spellEnd"/>
      <w:r w:rsidR="006A0B72" w:rsidRPr="006A0B72">
        <w:rPr>
          <w:lang w:val="sv-SE"/>
        </w:rPr>
        <w:t>-</w:t>
      </w:r>
      <w:r w:rsidRPr="006A0B72">
        <w:rPr>
          <w:lang w:val="sv-SE"/>
        </w:rPr>
        <w:t>filmen: Jag har klarat saker förr – jag klarar det igen</w:t>
      </w:r>
    </w:p>
    <w:p w14:paraId="1EB2AECE" w14:textId="77777777" w:rsidR="00F56A21" w:rsidRPr="006A0B72" w:rsidRDefault="00186071">
      <w:pPr>
        <w:pStyle w:val="Rubrik2"/>
        <w:rPr>
          <w:lang w:val="sv-SE"/>
        </w:rPr>
      </w:pPr>
      <w:r w:rsidRPr="006A0B72">
        <w:rPr>
          <w:lang w:val="sv-SE"/>
        </w:rPr>
        <w:t>Syfte</w:t>
      </w:r>
    </w:p>
    <w:p w14:paraId="47E8C816" w14:textId="77777777" w:rsidR="00F56A21" w:rsidRPr="006A0B72" w:rsidRDefault="00186071">
      <w:pPr>
        <w:rPr>
          <w:lang w:val="sv-SE"/>
        </w:rPr>
      </w:pPr>
      <w:r w:rsidRPr="006A0B72">
        <w:rPr>
          <w:lang w:val="sv-SE"/>
        </w:rPr>
        <w:t xml:space="preserve">Att hjälpa elever att känna igen </w:t>
      </w:r>
      <w:proofErr w:type="spellStart"/>
      <w:r w:rsidRPr="006A0B72">
        <w:rPr>
          <w:lang w:val="sv-SE"/>
        </w:rPr>
        <w:t>OiO</w:t>
      </w:r>
      <w:proofErr w:type="spellEnd"/>
      <w:r w:rsidRPr="006A0B72">
        <w:rPr>
          <w:lang w:val="sv-SE"/>
        </w:rPr>
        <w:t xml:space="preserve"> (Oro i Onödan) och stärka sin tro på att de kan klara nya utmaningar, genom att koppla till tidigare erfarenheter där de lyckats trots oro.</w:t>
      </w:r>
    </w:p>
    <w:p w14:paraId="4850D71F" w14:textId="77777777" w:rsidR="00F56A21" w:rsidRPr="006A0B72" w:rsidRDefault="00186071">
      <w:pPr>
        <w:pStyle w:val="Rubrik2"/>
        <w:rPr>
          <w:lang w:val="sv-SE"/>
        </w:rPr>
      </w:pPr>
      <w:r w:rsidRPr="006A0B72">
        <w:rPr>
          <w:lang w:val="sv-SE"/>
        </w:rPr>
        <w:t>Instruktion till läraren</w:t>
      </w:r>
    </w:p>
    <w:p w14:paraId="6059A603" w14:textId="77777777" w:rsidR="00F56A21" w:rsidRPr="006A0B72" w:rsidRDefault="00186071">
      <w:pPr>
        <w:rPr>
          <w:lang w:val="sv-SE"/>
        </w:rPr>
      </w:pPr>
      <w:r w:rsidRPr="006A0B72">
        <w:rPr>
          <w:lang w:val="sv-SE"/>
        </w:rPr>
        <w:t xml:space="preserve">Nu när ni sett filmen om </w:t>
      </w:r>
      <w:proofErr w:type="spellStart"/>
      <w:r w:rsidRPr="006A0B72">
        <w:rPr>
          <w:lang w:val="sv-SE"/>
        </w:rPr>
        <w:t>OiO</w:t>
      </w:r>
      <w:proofErr w:type="spellEnd"/>
      <w:r w:rsidRPr="006A0B72">
        <w:rPr>
          <w:lang w:val="sv-SE"/>
        </w:rPr>
        <w:t xml:space="preserve"> – Oro i Onödan – ska vi göra en kort övning som hjälper oss att förstå hur vi kan tackla </w:t>
      </w:r>
      <w:proofErr w:type="gramStart"/>
      <w:r w:rsidRPr="006A0B72">
        <w:rPr>
          <w:lang w:val="sv-SE"/>
        </w:rPr>
        <w:t>såna</w:t>
      </w:r>
      <w:proofErr w:type="gramEnd"/>
      <w:r w:rsidRPr="006A0B72">
        <w:rPr>
          <w:lang w:val="sv-SE"/>
        </w:rPr>
        <w:t xml:space="preserve"> känslor i framtiden.</w:t>
      </w:r>
    </w:p>
    <w:p w14:paraId="6A42B48D" w14:textId="77777777" w:rsidR="00F56A21" w:rsidRPr="006A0B72" w:rsidRDefault="00186071">
      <w:pPr>
        <w:rPr>
          <w:lang w:val="sv-SE"/>
        </w:rPr>
      </w:pPr>
      <w:r w:rsidRPr="006A0B72">
        <w:rPr>
          <w:lang w:val="sv-SE"/>
        </w:rPr>
        <w:t>Ibland känns nya situationer jobbiga eller överväldigande. Men ofta har vi varit med om liknande saker tidigare – och klarat dem.</w:t>
      </w:r>
    </w:p>
    <w:p w14:paraId="1C1581E8" w14:textId="77777777" w:rsidR="00F56A21" w:rsidRPr="006A0B72" w:rsidRDefault="00186071">
      <w:pPr>
        <w:rPr>
          <w:lang w:val="sv-SE"/>
        </w:rPr>
      </w:pPr>
      <w:r w:rsidRPr="006A0B72">
        <w:rPr>
          <w:lang w:val="sv-SE"/>
        </w:rPr>
        <w:t>Det här handlar om att påminna oss själva om vår egen förmåga. Precis som filmen sa: det känns jobbigt i början, men det går över – och vi växer.</w:t>
      </w:r>
    </w:p>
    <w:p w14:paraId="00255E5A" w14:textId="77777777" w:rsidR="00F56A21" w:rsidRPr="006A0B72" w:rsidRDefault="00186071">
      <w:pPr>
        <w:pStyle w:val="Rubrik2"/>
        <w:rPr>
          <w:lang w:val="sv-SE"/>
        </w:rPr>
      </w:pPr>
      <w:r w:rsidRPr="006A0B72">
        <w:rPr>
          <w:lang w:val="sv-SE"/>
        </w:rPr>
        <w:t>Steg 1: Skriv ner (enskilt, ca 5 minuter)</w:t>
      </w:r>
    </w:p>
    <w:p w14:paraId="34A15799" w14:textId="77777777" w:rsidR="00F56A21" w:rsidRPr="006A0B72" w:rsidRDefault="00186071">
      <w:pPr>
        <w:rPr>
          <w:lang w:val="sv-SE"/>
        </w:rPr>
      </w:pPr>
      <w:r w:rsidRPr="006A0B72">
        <w:rPr>
          <w:lang w:val="sv-SE"/>
        </w:rPr>
        <w:t>Be eleverna svara på följande frågor:</w:t>
      </w:r>
      <w:r w:rsidRPr="006A0B72">
        <w:rPr>
          <w:lang w:val="sv-SE"/>
        </w:rPr>
        <w:br/>
        <w:t>1. Beskriv en gång då du var orolig för något nytt – men det gick bra till slut.</w:t>
      </w:r>
      <w:r w:rsidRPr="006A0B72">
        <w:rPr>
          <w:lang w:val="sv-SE"/>
        </w:rPr>
        <w:br/>
        <w:t>2. Vad hjälpte dig att klara det?</w:t>
      </w:r>
      <w:r w:rsidRPr="006A0B72">
        <w:rPr>
          <w:lang w:val="sv-SE"/>
        </w:rPr>
        <w:br/>
        <w:t>3. Hur kändes det efteråt? Vad lärde du dig om dig själv?</w:t>
      </w:r>
    </w:p>
    <w:p w14:paraId="2CAA4534" w14:textId="77777777" w:rsidR="00F56A21" w:rsidRPr="006A0B72" w:rsidRDefault="00186071">
      <w:pPr>
        <w:pStyle w:val="Rubrik2"/>
        <w:rPr>
          <w:lang w:val="sv-SE"/>
        </w:rPr>
      </w:pPr>
      <w:r w:rsidRPr="006A0B72">
        <w:rPr>
          <w:lang w:val="sv-SE"/>
        </w:rPr>
        <w:t>Steg 2: Överför till framtiden (ca 2 minuter)</w:t>
      </w:r>
    </w:p>
    <w:p w14:paraId="1B2D9BBB" w14:textId="39D5385B" w:rsidR="00F56A21" w:rsidRPr="006A0B72" w:rsidRDefault="00186071">
      <w:pPr>
        <w:rPr>
          <w:lang w:val="sv-SE"/>
        </w:rPr>
      </w:pPr>
      <w:r w:rsidRPr="006A0B72">
        <w:rPr>
          <w:lang w:val="sv-SE"/>
        </w:rPr>
        <w:t xml:space="preserve">Nästa gång du känner </w:t>
      </w:r>
      <w:r w:rsidR="00975BB8" w:rsidRPr="006A0B72">
        <w:rPr>
          <w:lang w:val="sv-SE"/>
        </w:rPr>
        <w:t>Oro</w:t>
      </w:r>
      <w:r w:rsidRPr="006A0B72">
        <w:rPr>
          <w:lang w:val="sv-SE"/>
        </w:rPr>
        <w:t xml:space="preserve"> – kan du påminna dig själv om att du klarat saker förut.</w:t>
      </w:r>
      <w:r w:rsidRPr="006A0B72">
        <w:rPr>
          <w:lang w:val="sv-SE"/>
        </w:rPr>
        <w:br/>
        <w:t>Du har redan bevisat för dig själv att du kan hantera nya situationer. Det här är bara nästa steg. Det kommer gå bra.</w:t>
      </w:r>
      <w:r w:rsidR="009A296E" w:rsidRPr="006A0B72">
        <w:rPr>
          <w:lang w:val="sv-SE"/>
        </w:rPr>
        <w:t xml:space="preserve"> Det är nog bara OiO</w:t>
      </w:r>
    </w:p>
    <w:p w14:paraId="3FBC257B" w14:textId="77777777" w:rsidR="00F56A21" w:rsidRPr="006A0B72" w:rsidRDefault="00186071">
      <w:pPr>
        <w:pStyle w:val="Rubrik2"/>
        <w:rPr>
          <w:lang w:val="sv-SE"/>
        </w:rPr>
      </w:pPr>
      <w:r w:rsidRPr="006A0B72">
        <w:rPr>
          <w:lang w:val="sv-SE"/>
        </w:rPr>
        <w:t>Steg 3: (Valfritt) Dela i par eller helklass (3–5 minuter)</w:t>
      </w:r>
    </w:p>
    <w:p w14:paraId="2FF6C3A4" w14:textId="27FEA4C5" w:rsidR="00F56A21" w:rsidRPr="006A0B72" w:rsidRDefault="00186071">
      <w:pPr>
        <w:rPr>
          <w:lang w:val="sv-SE"/>
        </w:rPr>
      </w:pPr>
      <w:r w:rsidRPr="006A0B72">
        <w:rPr>
          <w:lang w:val="sv-SE"/>
        </w:rPr>
        <w:t>Låt de som vill kort berätta:</w:t>
      </w:r>
      <w:r w:rsidRPr="006A0B72">
        <w:rPr>
          <w:lang w:val="sv-SE"/>
        </w:rPr>
        <w:br/>
        <w:t>- Vad de lärde sig om sig själva</w:t>
      </w:r>
      <w:r w:rsidRPr="006A0B72">
        <w:rPr>
          <w:lang w:val="sv-SE"/>
        </w:rPr>
        <w:br/>
        <w:t>- Vad de vill säga till sitt framtida jag när</w:t>
      </w:r>
      <w:r w:rsidR="00975BB8" w:rsidRPr="006A0B72">
        <w:rPr>
          <w:lang w:val="sv-SE"/>
        </w:rPr>
        <w:t xml:space="preserve"> Oro som </w:t>
      </w:r>
      <w:r w:rsidR="006312C5" w:rsidRPr="006A0B72">
        <w:rPr>
          <w:lang w:val="sv-SE"/>
        </w:rPr>
        <w:t>k</w:t>
      </w:r>
      <w:r w:rsidR="00975BB8" w:rsidRPr="006A0B72">
        <w:rPr>
          <w:lang w:val="sv-SE"/>
        </w:rPr>
        <w:t>anske är</w:t>
      </w:r>
      <w:r w:rsidRPr="006A0B72">
        <w:rPr>
          <w:lang w:val="sv-SE"/>
        </w:rPr>
        <w:t xml:space="preserve"> OiO dyker upp</w:t>
      </w:r>
    </w:p>
    <w:p w14:paraId="28BC29E5" w14:textId="77777777" w:rsidR="00F56A21" w:rsidRPr="006A0B72" w:rsidRDefault="00186071">
      <w:pPr>
        <w:pStyle w:val="Rubrik2"/>
        <w:rPr>
          <w:lang w:val="sv-SE"/>
        </w:rPr>
      </w:pPr>
      <w:r w:rsidRPr="006A0B72">
        <w:rPr>
          <w:lang w:val="sv-SE"/>
        </w:rPr>
        <w:t>Avslutningsreplik (för läraren)</w:t>
      </w:r>
    </w:p>
    <w:p w14:paraId="4A7CE69B" w14:textId="20D4EC30" w:rsidR="00F56A21" w:rsidRPr="006A0B72" w:rsidRDefault="00186071">
      <w:pPr>
        <w:rPr>
          <w:lang w:val="sv-SE"/>
        </w:rPr>
      </w:pPr>
      <w:r w:rsidRPr="006A0B72">
        <w:rPr>
          <w:lang w:val="sv-SE"/>
        </w:rPr>
        <w:t>Varje gång du klarar något du var rädd för – så tränar du din självtillit.</w:t>
      </w:r>
      <w:r w:rsidRPr="006A0B72">
        <w:rPr>
          <w:lang w:val="sv-SE"/>
        </w:rPr>
        <w:br/>
        <w:t>Så nästa gång du känner oro inför något nytt… påminn dig själv</w:t>
      </w:r>
      <w:r w:rsidR="786E2947" w:rsidRPr="006A0B72">
        <w:rPr>
          <w:lang w:val="sv-SE"/>
        </w:rPr>
        <w:t xml:space="preserve"> / lyft fram minnet av tidigare </w:t>
      </w:r>
      <w:r w:rsidR="3866A3CA" w:rsidRPr="006A0B72">
        <w:rPr>
          <w:lang w:val="sv-SE"/>
        </w:rPr>
        <w:t xml:space="preserve">liknande </w:t>
      </w:r>
      <w:r w:rsidR="786E2947" w:rsidRPr="006A0B72">
        <w:rPr>
          <w:lang w:val="sv-SE"/>
        </w:rPr>
        <w:t xml:space="preserve">framgång. </w:t>
      </w:r>
    </w:p>
    <w:p w14:paraId="4F17DFCE" w14:textId="43786E58" w:rsidR="000F41B4" w:rsidRPr="006A0B72" w:rsidRDefault="00945FD7">
      <w:pPr>
        <w:rPr>
          <w:lang w:val="sv-SE"/>
        </w:rPr>
      </w:pPr>
      <w:r w:rsidRPr="006A0B72">
        <w:rPr>
          <w:lang w:val="sv-SE"/>
        </w:rPr>
        <w:t>Olika tanker eller self-</w:t>
      </w:r>
      <w:proofErr w:type="gramStart"/>
      <w:r w:rsidRPr="006A0B72">
        <w:rPr>
          <w:lang w:val="sv-SE"/>
        </w:rPr>
        <w:t xml:space="preserve">talk  </w:t>
      </w:r>
      <w:r w:rsidR="000F41B4" w:rsidRPr="006A0B72">
        <w:rPr>
          <w:lang w:val="sv-SE"/>
        </w:rPr>
        <w:t>(</w:t>
      </w:r>
      <w:proofErr w:type="gramEnd"/>
      <w:r w:rsidR="000F41B4" w:rsidRPr="006A0B72">
        <w:rPr>
          <w:lang w:val="sv-SE"/>
        </w:rPr>
        <w:t>självsnack</w:t>
      </w:r>
      <w:proofErr w:type="gramStart"/>
      <w:r w:rsidR="000F41B4" w:rsidRPr="006A0B72">
        <w:rPr>
          <w:lang w:val="sv-SE"/>
        </w:rPr>
        <w:t>)</w:t>
      </w:r>
      <w:r w:rsidR="00B73B25" w:rsidRPr="006A0B72">
        <w:rPr>
          <w:lang w:val="sv-SE"/>
        </w:rPr>
        <w:t xml:space="preserve"> ,</w:t>
      </w:r>
      <w:proofErr w:type="gramEnd"/>
      <w:r w:rsidR="00B73B25" w:rsidRPr="006A0B72">
        <w:rPr>
          <w:lang w:val="sv-SE"/>
        </w:rPr>
        <w:t xml:space="preserve"> s</w:t>
      </w:r>
      <w:r w:rsidR="786E2947" w:rsidRPr="006A0B72">
        <w:rPr>
          <w:lang w:val="sv-SE"/>
        </w:rPr>
        <w:t>äg till dig själv eller</w:t>
      </w:r>
      <w:r w:rsidR="00B73B25" w:rsidRPr="006A0B72">
        <w:rPr>
          <w:lang w:val="sv-SE"/>
        </w:rPr>
        <w:t xml:space="preserve"> tank.</w:t>
      </w:r>
    </w:p>
    <w:p w14:paraId="416D8E07" w14:textId="1BC0E469" w:rsidR="786E2947" w:rsidRPr="006A0B72" w:rsidRDefault="786E2947" w:rsidP="6452A78D">
      <w:pPr>
        <w:rPr>
          <w:i/>
          <w:iCs/>
          <w:lang w:val="sv-SE"/>
        </w:rPr>
      </w:pPr>
      <w:r w:rsidRPr="006A0B72">
        <w:rPr>
          <w:lang w:val="sv-SE"/>
        </w:rPr>
        <w:t xml:space="preserve"> </w:t>
      </w:r>
      <w:r w:rsidRPr="006A0B72">
        <w:rPr>
          <w:i/>
          <w:iCs/>
          <w:lang w:val="sv-SE"/>
        </w:rPr>
        <w:t xml:space="preserve">Jag </w:t>
      </w:r>
      <w:r w:rsidR="56FDA10B" w:rsidRPr="006A0B72">
        <w:rPr>
          <w:i/>
          <w:iCs/>
          <w:lang w:val="sv-SE"/>
        </w:rPr>
        <w:t>har klarat det förut jag kan göra det igen</w:t>
      </w:r>
      <w:r w:rsidR="207C4792" w:rsidRPr="006A0B72">
        <w:rPr>
          <w:i/>
          <w:iCs/>
          <w:lang w:val="sv-SE"/>
        </w:rPr>
        <w:t xml:space="preserve">. </w:t>
      </w:r>
      <w:r w:rsidR="00186071" w:rsidRPr="006A0B72">
        <w:rPr>
          <w:i/>
          <w:iCs/>
          <w:lang w:val="sv-SE"/>
        </w:rPr>
        <w:t xml:space="preserve">Det här är nog bara OiO. </w:t>
      </w:r>
    </w:p>
    <w:p w14:paraId="559FFC53" w14:textId="5BEEEB61" w:rsidR="00F56A21" w:rsidRPr="006A0B72" w:rsidRDefault="00A0130E">
      <w:pPr>
        <w:rPr>
          <w:lang w:val="sv-SE"/>
        </w:rPr>
      </w:pPr>
      <w:r w:rsidRPr="006A0B72">
        <w:rPr>
          <w:i/>
          <w:iCs/>
          <w:lang w:val="sv-SE"/>
        </w:rPr>
        <w:t xml:space="preserve">Det är jobbigt för alla </w:t>
      </w:r>
      <w:r w:rsidR="006C4B66" w:rsidRPr="006A0B72">
        <w:rPr>
          <w:i/>
          <w:iCs/>
          <w:lang w:val="sv-SE"/>
        </w:rPr>
        <w:t>i</w:t>
      </w:r>
      <w:r w:rsidRPr="006A0B72">
        <w:rPr>
          <w:i/>
          <w:iCs/>
          <w:lang w:val="sv-SE"/>
        </w:rPr>
        <w:t xml:space="preserve"> </w:t>
      </w:r>
      <w:proofErr w:type="gramStart"/>
      <w:r w:rsidRPr="006A0B72">
        <w:rPr>
          <w:i/>
          <w:iCs/>
          <w:lang w:val="sv-SE"/>
        </w:rPr>
        <w:t>såna</w:t>
      </w:r>
      <w:proofErr w:type="gramEnd"/>
      <w:r w:rsidRPr="006A0B72">
        <w:rPr>
          <w:i/>
          <w:iCs/>
          <w:lang w:val="sv-SE"/>
        </w:rPr>
        <w:t xml:space="preserve"> här situationer det är inte bara jag som känner det.</w:t>
      </w:r>
    </w:p>
    <w:sectPr w:rsidR="00F56A21" w:rsidRPr="006A0B72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1973142">
    <w:abstractNumId w:val="8"/>
  </w:num>
  <w:num w:numId="2" w16cid:durableId="904994893">
    <w:abstractNumId w:val="6"/>
  </w:num>
  <w:num w:numId="3" w16cid:durableId="531234918">
    <w:abstractNumId w:val="5"/>
  </w:num>
  <w:num w:numId="4" w16cid:durableId="1993751615">
    <w:abstractNumId w:val="4"/>
  </w:num>
  <w:num w:numId="5" w16cid:durableId="550266205">
    <w:abstractNumId w:val="7"/>
  </w:num>
  <w:num w:numId="6" w16cid:durableId="1196507800">
    <w:abstractNumId w:val="3"/>
  </w:num>
  <w:num w:numId="7" w16cid:durableId="511382801">
    <w:abstractNumId w:val="2"/>
  </w:num>
  <w:num w:numId="8" w16cid:durableId="567807597">
    <w:abstractNumId w:val="1"/>
  </w:num>
  <w:num w:numId="9" w16cid:durableId="2109614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213D"/>
    <w:rsid w:val="000B03A2"/>
    <w:rsid w:val="000F41B4"/>
    <w:rsid w:val="0015074B"/>
    <w:rsid w:val="00186071"/>
    <w:rsid w:val="0029639D"/>
    <w:rsid w:val="003075FB"/>
    <w:rsid w:val="00326F90"/>
    <w:rsid w:val="0049196C"/>
    <w:rsid w:val="005E5415"/>
    <w:rsid w:val="006312C5"/>
    <w:rsid w:val="006A0B72"/>
    <w:rsid w:val="006C4B66"/>
    <w:rsid w:val="00700EC1"/>
    <w:rsid w:val="008975BB"/>
    <w:rsid w:val="00945FD7"/>
    <w:rsid w:val="00975BB8"/>
    <w:rsid w:val="009A296E"/>
    <w:rsid w:val="00A0130E"/>
    <w:rsid w:val="00AA1D8D"/>
    <w:rsid w:val="00AC68C9"/>
    <w:rsid w:val="00AD25C9"/>
    <w:rsid w:val="00AD4BC4"/>
    <w:rsid w:val="00B410E1"/>
    <w:rsid w:val="00B47730"/>
    <w:rsid w:val="00B73B25"/>
    <w:rsid w:val="00BC0A5D"/>
    <w:rsid w:val="00CB0664"/>
    <w:rsid w:val="00D92BCB"/>
    <w:rsid w:val="00F56A21"/>
    <w:rsid w:val="00FC693F"/>
    <w:rsid w:val="00FE6B17"/>
    <w:rsid w:val="00FF75C1"/>
    <w:rsid w:val="207C4792"/>
    <w:rsid w:val="2AF310A2"/>
    <w:rsid w:val="2B390EBA"/>
    <w:rsid w:val="3866A3CA"/>
    <w:rsid w:val="3C68B7E9"/>
    <w:rsid w:val="54EA85F4"/>
    <w:rsid w:val="56FDA10B"/>
    <w:rsid w:val="6452A78D"/>
    <w:rsid w:val="786E2947"/>
    <w:rsid w:val="7AC4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056694"/>
  <w14:defaultImageDpi w14:val="300"/>
  <w15:docId w15:val="{54E0B62E-ABB7-4BA2-9604-FF02F9AE3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605074FE56094CA1A072483B49A81B" ma:contentTypeVersion="18" ma:contentTypeDescription="Skapa ett nytt dokument." ma:contentTypeScope="" ma:versionID="5bdcd11ecc282e05c0398e249b9fef1f">
  <xsd:schema xmlns:xsd="http://www.w3.org/2001/XMLSchema" xmlns:xs="http://www.w3.org/2001/XMLSchema" xmlns:p="http://schemas.microsoft.com/office/2006/metadata/properties" xmlns:ns3="33a79c73-527a-43df-b2de-620f5ffbff44" xmlns:ns4="31f88176-9998-40ca-be3d-b739fd6483c9" targetNamespace="http://schemas.microsoft.com/office/2006/metadata/properties" ma:root="true" ma:fieldsID="e5f5270cee9fca5e903e94d0311b3911" ns3:_="" ns4:_="">
    <xsd:import namespace="33a79c73-527a-43df-b2de-620f5ffbff44"/>
    <xsd:import namespace="31f88176-9998-40ca-be3d-b739fd6483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9c73-527a-43df-b2de-620f5ffbff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88176-9998-40ca-be3d-b739fd6483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3a79c73-527a-43df-b2de-620f5ffbff4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47FD0C-16D6-470A-B3FA-B14873D17D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9c73-527a-43df-b2de-620f5ffbff44"/>
    <ds:schemaRef ds:uri="31f88176-9998-40ca-be3d-b739fd648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E89227-8109-4051-A62F-1EBF9F85D5E8}">
  <ds:schemaRefs>
    <ds:schemaRef ds:uri="http://schemas.microsoft.com/office/2006/metadata/properties"/>
    <ds:schemaRef ds:uri="http://schemas.microsoft.com/office/infopath/2007/PartnerControls"/>
    <ds:schemaRef ds:uri="33a79c73-527a-43df-b2de-620f5ffbff44"/>
  </ds:schemaRefs>
</ds:datastoreItem>
</file>

<file path=customXml/itemProps4.xml><?xml version="1.0" encoding="utf-8"?>
<ds:datastoreItem xmlns:ds="http://schemas.openxmlformats.org/officeDocument/2006/customXml" ds:itemID="{E197BD07-25FD-4BBE-BCF5-061E5EDE17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1579</Characters>
  <Application>Microsoft Office Word</Application>
  <DocSecurity>0</DocSecurity>
  <Lines>13</Lines>
  <Paragraphs>3</Paragraphs>
  <ScaleCrop>false</ScaleCrop>
  <Manager/>
  <Company/>
  <LinksUpToDate>false</LinksUpToDate>
  <CharactersWithSpaces>1873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Jonas Gunnarsson</cp:lastModifiedBy>
  <cp:revision>6</cp:revision>
  <dcterms:created xsi:type="dcterms:W3CDTF">2025-08-13T07:45:00Z</dcterms:created>
  <dcterms:modified xsi:type="dcterms:W3CDTF">2025-08-13T09:13:00Z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0x01010053605074FE56094CA1A072483B49A81B</vt:lpwstr>
  </property>
</Properties>
</file>