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D72F2D" w14:textId="55569899" w:rsidR="0073722F" w:rsidRPr="0073722F" w:rsidRDefault="0073722F">
      <w:pPr>
        <w:pStyle w:val="Rubrik1"/>
        <w:rPr>
          <w:sz w:val="56"/>
          <w:szCs w:val="56"/>
        </w:rPr>
      </w:pPr>
      <w:proofErr w:type="spellStart"/>
      <w:r w:rsidRPr="0073722F">
        <w:rPr>
          <w:sz w:val="56"/>
          <w:szCs w:val="56"/>
        </w:rPr>
        <w:t>Elevreflektioner</w:t>
      </w:r>
      <w:proofErr w:type="spellEnd"/>
    </w:p>
    <w:p w14:paraId="67BB4DBD" w14:textId="4467D806" w:rsidR="00604678" w:rsidRDefault="004C31EF">
      <w:pPr>
        <w:pStyle w:val="Rubrik1"/>
      </w:pPr>
      <w:proofErr w:type="spellStart"/>
      <w:r>
        <w:t>OiO</w:t>
      </w:r>
      <w:proofErr w:type="spellEnd"/>
      <w:r>
        <w:t xml:space="preserve"> – Min </w:t>
      </w:r>
      <w:r w:rsidR="0073722F">
        <w:t xml:space="preserve">reflection </w:t>
      </w:r>
    </w:p>
    <w:p w14:paraId="17A24665" w14:textId="77777777" w:rsidR="00604678" w:rsidRDefault="004C31EF">
      <w:r>
        <w:t>Efter filmen om OiO – Oro i Onödan – ska du nu fundera på hur du tidigare har känt oro, men ändå klarat av situationen. Att påminna sig själv om tidigare framgångar hjälper dig i nya utmaningar.</w:t>
      </w:r>
    </w:p>
    <w:p w14:paraId="47735866" w14:textId="77777777" w:rsidR="00604678" w:rsidRDefault="004C31EF">
      <w:pPr>
        <w:pStyle w:val="Rubrik2"/>
      </w:pPr>
      <w:r>
        <w:t>1. Beskriv en gång då du var orolig för något nytt – men det gick bra till slut:</w:t>
      </w:r>
    </w:p>
    <w:p w14:paraId="2F131460" w14:textId="77777777" w:rsidR="00604678" w:rsidRDefault="004C31EF">
      <w:r>
        <w:br/>
      </w:r>
      <w:r>
        <w:br/>
      </w:r>
      <w:r>
        <w:br/>
      </w:r>
      <w:r>
        <w:br/>
      </w:r>
      <w:r>
        <w:br/>
      </w:r>
    </w:p>
    <w:p w14:paraId="0A01801E" w14:textId="77777777" w:rsidR="00604678" w:rsidRDefault="004C31EF">
      <w:pPr>
        <w:pStyle w:val="Rubrik2"/>
      </w:pPr>
      <w:r>
        <w:t>2. Vad hjälpte dig att klara det?</w:t>
      </w:r>
    </w:p>
    <w:p w14:paraId="769CBF2F" w14:textId="77777777" w:rsidR="00604678" w:rsidRDefault="004C31EF">
      <w:r>
        <w:br/>
      </w:r>
      <w:r>
        <w:br/>
      </w:r>
      <w:r>
        <w:br/>
      </w:r>
      <w:r>
        <w:br/>
      </w:r>
      <w:r>
        <w:br/>
      </w:r>
    </w:p>
    <w:p w14:paraId="765F686E" w14:textId="77777777" w:rsidR="00604678" w:rsidRDefault="004C31EF">
      <w:pPr>
        <w:pStyle w:val="Rubrik2"/>
      </w:pPr>
      <w:r>
        <w:t>3. Hur kändes det efteråt? Vad lärde du dig om dig själv?</w:t>
      </w:r>
    </w:p>
    <w:p w14:paraId="453635A1" w14:textId="77777777" w:rsidR="00604678" w:rsidRDefault="004C31EF">
      <w:r>
        <w:br/>
      </w:r>
      <w:r>
        <w:br/>
      </w:r>
      <w:r>
        <w:br/>
      </w:r>
      <w:r>
        <w:br/>
      </w:r>
      <w:r>
        <w:br/>
      </w:r>
    </w:p>
    <w:p w14:paraId="4BB42A18" w14:textId="5C14ECD3" w:rsidR="004C31EF" w:rsidRDefault="004C31EF" w:rsidP="004C31EF">
      <w:pPr>
        <w:pStyle w:val="Rubrik2"/>
      </w:pPr>
      <w:r>
        <w:t xml:space="preserve">4. </w:t>
      </w:r>
      <w:proofErr w:type="spellStart"/>
      <w:r>
        <w:t>Nästa</w:t>
      </w:r>
      <w:proofErr w:type="spellEnd"/>
      <w:r>
        <w:t xml:space="preserve"> </w:t>
      </w:r>
      <w:proofErr w:type="spellStart"/>
      <w:r>
        <w:t>gång</w:t>
      </w:r>
      <w:proofErr w:type="spellEnd"/>
      <w:r>
        <w:t xml:space="preserve"> du </w:t>
      </w:r>
      <w:proofErr w:type="spellStart"/>
      <w:r>
        <w:t>känner</w:t>
      </w:r>
      <w:proofErr w:type="spellEnd"/>
      <w:r>
        <w:t xml:space="preserve"> </w:t>
      </w:r>
      <w:proofErr w:type="gramStart"/>
      <w:r>
        <w:t>Or</w:t>
      </w:r>
      <w:r w:rsidR="006623B3">
        <w:t>o</w:t>
      </w:r>
      <w:r>
        <w:t xml:space="preserve">  –</w:t>
      </w:r>
      <w:proofErr w:type="gramEnd"/>
      <w:r>
        <w:t xml:space="preserve"> </w:t>
      </w:r>
      <w:proofErr w:type="spellStart"/>
      <w:r>
        <w:t>vad</w:t>
      </w:r>
      <w:proofErr w:type="spellEnd"/>
      <w:r>
        <w:t xml:space="preserve"> </w:t>
      </w:r>
      <w:proofErr w:type="spellStart"/>
      <w:r>
        <w:t>kan</w:t>
      </w:r>
      <w:proofErr w:type="spellEnd"/>
      <w:r>
        <w:t xml:space="preserve"> du </w:t>
      </w:r>
      <w:proofErr w:type="spellStart"/>
      <w:r>
        <w:t>tänka</w:t>
      </w:r>
      <w:proofErr w:type="spellEnd"/>
      <w:r>
        <w:t xml:space="preserve"> </w:t>
      </w:r>
      <w:proofErr w:type="spellStart"/>
      <w:r>
        <w:t>eller</w:t>
      </w:r>
      <w:proofErr w:type="spellEnd"/>
      <w:r>
        <w:t xml:space="preserve"> </w:t>
      </w:r>
      <w:proofErr w:type="spellStart"/>
      <w:r>
        <w:t>säga</w:t>
      </w:r>
      <w:proofErr w:type="spellEnd"/>
      <w:r>
        <w:t xml:space="preserve"> till dig?</w:t>
      </w:r>
    </w:p>
    <w:p w14:paraId="59BFB4EE" w14:textId="2447ED53" w:rsidR="00604678" w:rsidRDefault="004C31EF">
      <w:r>
        <w:br/>
      </w:r>
      <w:r>
        <w:br/>
      </w:r>
      <w:r>
        <w:br/>
      </w:r>
      <w:r>
        <w:br/>
      </w:r>
    </w:p>
    <w:sectPr w:rsidR="00604678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reradlist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reradlist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ktlist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ktlist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710373740">
    <w:abstractNumId w:val="8"/>
  </w:num>
  <w:num w:numId="2" w16cid:durableId="255601913">
    <w:abstractNumId w:val="6"/>
  </w:num>
  <w:num w:numId="3" w16cid:durableId="1303533931">
    <w:abstractNumId w:val="5"/>
  </w:num>
  <w:num w:numId="4" w16cid:durableId="1155300226">
    <w:abstractNumId w:val="4"/>
  </w:num>
  <w:num w:numId="5" w16cid:durableId="2033919389">
    <w:abstractNumId w:val="7"/>
  </w:num>
  <w:num w:numId="6" w16cid:durableId="671877257">
    <w:abstractNumId w:val="3"/>
  </w:num>
  <w:num w:numId="7" w16cid:durableId="948970998">
    <w:abstractNumId w:val="2"/>
  </w:num>
  <w:num w:numId="8" w16cid:durableId="907762720">
    <w:abstractNumId w:val="1"/>
  </w:num>
  <w:num w:numId="9" w16cid:durableId="5459172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383B6B"/>
    <w:rsid w:val="004C31EF"/>
    <w:rsid w:val="00604678"/>
    <w:rsid w:val="00634859"/>
    <w:rsid w:val="006623B3"/>
    <w:rsid w:val="0073722F"/>
    <w:rsid w:val="00AA1D8D"/>
    <w:rsid w:val="00B47730"/>
    <w:rsid w:val="00CB0664"/>
    <w:rsid w:val="00FC693F"/>
    <w:rsid w:val="00FF7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2560B67"/>
  <w14:defaultImageDpi w14:val="300"/>
  <w15:docId w15:val="{63FFBFD5-067A-4A09-8C31-95B047D5E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Rubrik1">
    <w:name w:val="heading 1"/>
    <w:basedOn w:val="Normal"/>
    <w:next w:val="Normal"/>
    <w:link w:val="Rubri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E618BF"/>
  </w:style>
  <w:style w:type="paragraph" w:styleId="Sidfot">
    <w:name w:val="footer"/>
    <w:basedOn w:val="Normal"/>
    <w:link w:val="Sidfo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E618BF"/>
  </w:style>
  <w:style w:type="paragraph" w:styleId="Ingetavstnd">
    <w:name w:val="No Spacing"/>
    <w:uiPriority w:val="1"/>
    <w:qFormat/>
    <w:rsid w:val="00FC693F"/>
    <w:pPr>
      <w:spacing w:after="0" w:line="240" w:lineRule="auto"/>
    </w:pPr>
  </w:style>
  <w:style w:type="character" w:customStyle="1" w:styleId="Rubrik1Char">
    <w:name w:val="Rubrik 1 Char"/>
    <w:basedOn w:val="Standardstycketeckensnitt"/>
    <w:link w:val="Rubri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Rubrik">
    <w:name w:val="Title"/>
    <w:basedOn w:val="Normal"/>
    <w:next w:val="Normal"/>
    <w:link w:val="Rubrik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stycke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rdtext">
    <w:name w:val="Body Text"/>
    <w:basedOn w:val="Normal"/>
    <w:link w:val="BrdtextChar"/>
    <w:uiPriority w:val="99"/>
    <w:unhideWhenUsed/>
    <w:rsid w:val="00AA1D8D"/>
    <w:pPr>
      <w:spacing w:after="120"/>
    </w:pPr>
  </w:style>
  <w:style w:type="character" w:customStyle="1" w:styleId="BrdtextChar">
    <w:name w:val="Brödtext Char"/>
    <w:basedOn w:val="Standardstycketeckensnitt"/>
    <w:link w:val="Brdtext"/>
    <w:uiPriority w:val="99"/>
    <w:rsid w:val="00AA1D8D"/>
  </w:style>
  <w:style w:type="paragraph" w:styleId="Brdtext2">
    <w:name w:val="Body Text 2"/>
    <w:basedOn w:val="Normal"/>
    <w:link w:val="Brdtext2Char"/>
    <w:uiPriority w:val="99"/>
    <w:unhideWhenUsed/>
    <w:rsid w:val="00AA1D8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rsid w:val="00AA1D8D"/>
  </w:style>
  <w:style w:type="paragraph" w:styleId="Brdtext3">
    <w:name w:val="Body Text 3"/>
    <w:basedOn w:val="Normal"/>
    <w:link w:val="Brd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Punktlista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Punktlista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Punktlista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reradlist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reradlist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reradlist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fortstt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fortstt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fortstt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text">
    <w:name w:val="macro"/>
    <w:link w:val="Mak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rsid w:val="0029639D"/>
    <w:rPr>
      <w:rFonts w:ascii="Courier" w:hAnsi="Courier"/>
      <w:sz w:val="20"/>
      <w:szCs w:val="20"/>
    </w:rPr>
  </w:style>
  <w:style w:type="paragraph" w:styleId="Citat">
    <w:name w:val="Quote"/>
    <w:basedOn w:val="Normal"/>
    <w:next w:val="Normal"/>
    <w:link w:val="CitatChar"/>
    <w:uiPriority w:val="29"/>
    <w:qFormat/>
    <w:rsid w:val="00FC693F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rsid w:val="00FC693F"/>
    <w:rPr>
      <w:i/>
      <w:iCs/>
      <w:color w:val="000000" w:themeColor="text1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eskrivning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ark">
    <w:name w:val="Strong"/>
    <w:basedOn w:val="Standardstycketeckensnitt"/>
    <w:uiPriority w:val="22"/>
    <w:qFormat/>
    <w:rsid w:val="00FC693F"/>
    <w:rPr>
      <w:b/>
      <w:bCs/>
    </w:rPr>
  </w:style>
  <w:style w:type="character" w:styleId="Betoning">
    <w:name w:val="Emphasis"/>
    <w:basedOn w:val="Standardstycketeckensnitt"/>
    <w:uiPriority w:val="20"/>
    <w:qFormat/>
    <w:rsid w:val="00FC693F"/>
    <w:rPr>
      <w:i/>
      <w:iCs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FC693F"/>
    <w:rPr>
      <w:b/>
      <w:bCs/>
      <w:i/>
      <w:iCs/>
      <w:color w:val="4F81BD" w:themeColor="accent1"/>
    </w:rPr>
  </w:style>
  <w:style w:type="character" w:styleId="Diskretbetoning">
    <w:name w:val="Subtle Emphasis"/>
    <w:basedOn w:val="Standardstycketeckensnitt"/>
    <w:uiPriority w:val="19"/>
    <w:qFormat/>
    <w:rsid w:val="00FC693F"/>
    <w:rPr>
      <w:i/>
      <w:iCs/>
      <w:color w:val="808080" w:themeColor="text1" w:themeTint="7F"/>
    </w:rPr>
  </w:style>
  <w:style w:type="character" w:styleId="Starkbetoning">
    <w:name w:val="Intense Emphasis"/>
    <w:basedOn w:val="Standardstycketeckensnitt"/>
    <w:uiPriority w:val="21"/>
    <w:qFormat/>
    <w:rsid w:val="00FC693F"/>
    <w:rPr>
      <w:b/>
      <w:bCs/>
      <w:i/>
      <w:iCs/>
      <w:color w:val="4F81BD" w:themeColor="accent1"/>
    </w:rPr>
  </w:style>
  <w:style w:type="character" w:styleId="Diskretreferens">
    <w:name w:val="Subtle Reference"/>
    <w:basedOn w:val="Standardstycketeckensnitt"/>
    <w:uiPriority w:val="31"/>
    <w:qFormat/>
    <w:rsid w:val="00FC693F"/>
    <w:rPr>
      <w:smallCaps/>
      <w:color w:val="C0504D" w:themeColor="accent2"/>
      <w:u w:val="single"/>
    </w:rPr>
  </w:style>
  <w:style w:type="character" w:styleId="Starkreferens">
    <w:name w:val="Intense Reference"/>
    <w:basedOn w:val="Standardstycketeckensnit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kenstitel">
    <w:name w:val="Book Title"/>
    <w:basedOn w:val="Standardstycketeckensnitt"/>
    <w:uiPriority w:val="33"/>
    <w:qFormat/>
    <w:rsid w:val="00FC693F"/>
    <w:rPr>
      <w:b/>
      <w:bCs/>
      <w:smallCap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FC693F"/>
    <w:pPr>
      <w:outlineLvl w:val="9"/>
    </w:pPr>
  </w:style>
  <w:style w:type="table" w:styleId="Tabellrutnt">
    <w:name w:val="Table Grid"/>
    <w:basedOn w:val="Normaltabel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skuggning">
    <w:name w:val="Light Shading"/>
    <w:basedOn w:val="Normaltabel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juslista">
    <w:name w:val="Light List"/>
    <w:basedOn w:val="Normaltabel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juslista-dekorfrg2">
    <w:name w:val="Light List Accent 2"/>
    <w:basedOn w:val="Normal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juslista-dekorfrg3">
    <w:name w:val="Light List Accent 3"/>
    <w:basedOn w:val="Normal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juslista-dekorfrg4">
    <w:name w:val="Light List Accent 4"/>
    <w:basedOn w:val="Normal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juslista-dekorfrg5">
    <w:name w:val="Light List Accent 5"/>
    <w:basedOn w:val="Normal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juslista-dekorfrg6">
    <w:name w:val="Light List Accent 6"/>
    <w:basedOn w:val="Normal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justrutnt">
    <w:name w:val="Light Grid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justrutnt-dekorfrg2">
    <w:name w:val="Light Grid Accent 2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justrutnt-dekorfrg3">
    <w:name w:val="Light Grid Accent 3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justrutnt-dekorfrg4">
    <w:name w:val="Light Grid Accent 4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justrutnt-dekorfrg5">
    <w:name w:val="Light Grid Accent 5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justrutnt-dekorfrg6">
    <w:name w:val="Light Grid Accent 6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llanmrkskuggning1">
    <w:name w:val="Medium Shading 1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lista1">
    <w:name w:val="Medium List 1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llanmrklista2">
    <w:name w:val="Medium List 2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trutnt1">
    <w:name w:val="Medium Grid 1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llanmrktrutnt2">
    <w:name w:val="Medium Grid 2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rklista">
    <w:name w:val="Dark List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Mrklista-dekorfrg2">
    <w:name w:val="Dark List Accent 2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Mrklista-dekorfrg3">
    <w:name w:val="Dark List Accent 3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Mrklista-dekorfrg4">
    <w:name w:val="Dark List Accent 4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Mrklista-dekorfrg5">
    <w:name w:val="Dark List Accent 5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Mrklista-dekorfrg6">
    <w:name w:val="Dark List Accent 6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rgadskuggning">
    <w:name w:val="Colorful Shading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lista">
    <w:name w:val="Colorful List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rgadlista-dekorfrg2">
    <w:name w:val="Colorful List Accent 2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rgadlista-dekorfrg3">
    <w:name w:val="Colorful List Accent 3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rgadlista-dekorfrg4">
    <w:name w:val="Colorful List Accent 4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rgadlista-dekorfrg5">
    <w:name w:val="Colorful List Accent 5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rgadlista-dekorfrg6">
    <w:name w:val="Colorful List Accent 6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rgatrutnt">
    <w:name w:val="Colorful Grid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rgatrutnt-dekorfrg2">
    <w:name w:val="Colorful Grid Accent 2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rgatrutnt-dekorfrg3">
    <w:name w:val="Colorful Grid Accent 3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rgatrutnt-dekorfrg4">
    <w:name w:val="Colorful Grid Accent 4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rgatrutnt-dekorfrg5">
    <w:name w:val="Colorful Grid Accent 5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rgatrutnt-dekorfrg6">
    <w:name w:val="Colorful Grid Accent 6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79</Words>
  <Characters>420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498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MathsArne Ekström</cp:lastModifiedBy>
  <cp:revision>2</cp:revision>
  <dcterms:created xsi:type="dcterms:W3CDTF">2025-08-13T07:38:00Z</dcterms:created>
  <dcterms:modified xsi:type="dcterms:W3CDTF">2025-08-13T07:38:00Z</dcterms:modified>
  <cp:category/>
</cp:coreProperties>
</file>